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סודות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מעניינות על החצב ומחזור 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משימות חדר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הקשור לצמחים ועונות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בסוף הקיץ ותחילת הסתיו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הבצל הוא כמו מחסן מתחת לאדמה.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העלים מופיעים אחרי שהפרחים נובלים.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שבו החצב שומר מים ומזון)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(חלקים שעושים אוכל מהשמש)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(מחזיק את הצמח באדמה ושואב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(החלק הארוך שעליו גדלים הפרחים)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תחנה 5: מחזור החיים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בקיץ החם הבצל נח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בסוף הקיץ צומח גבעול עם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הפרחים נובלים ונושרים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תחנה 6: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החצב שומר מים ומזון בבצל מתחת לאדמה, וכך הוא מצליח לשרוד גם בלי גשם.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בבצל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הקיץ ותחילת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צומחים לו עלים ירוקים שאוספים אנרגיה לשנה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השאלות כתחנות אמיתיות בכיתה עם פתקים נסתרים.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בתרגיל הנשימה 'עש״ן ד״ק' לפני המשימה הקשה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סודות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כדי לפתוח את חדר הבריחה של החצב צריך לענות נכון על שאלות ולאסוף ארבע אותיות של מילת קוד. כל תחנה מספרת משהו חדש על הצמח המיוחד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קיץ  ·  בצל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תחנה 1: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החצב שומר מים ומזון?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פורח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בקיץ החם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בסוף הקיץ ותחילת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תחנה 2: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החצב שומר מים ומזון בבצל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הפריחה צומחים לחצב עלים ירוקים.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תחנה 3: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החצב שומר מים ומזון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החצב פורח בסוף ה__________ ותחילת הסתיו.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תחנה 4: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החלק הארוך שעליו גדלים הפרחים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שבו החצב שומר מים ומזון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חלקים שעושים אוכל מהשמש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גבעול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מחזיק את הצמח באדמה ושואב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תחנה 5: מחזור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הפרחים נובלים ונושרים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בקיץ החם הבצל נח מתחת לאדמה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הקיץ צומח גבעול עם פרחים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תחנה 6: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בשני משפטים איך החצב מצליח לשרוד את הקיץ החם והיבש.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החצב שומר מים ומזון?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פורח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סודות 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