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סודות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מעניינות על החצב ומחזור 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משימות 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הקשור לצמחים ועונות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בסוף הקיץ ותחילת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קודם הפרחים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לשרוד את הקיץ היבש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לייצר מזון בעזרת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הבצל הוא כמו מחסן מתחת לאדמה.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החצב פורח בסוף הקיץ ותחילת הסתיו.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העלים מופיעים אחרי שהפרחים נובלים.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הבצל עוזר לו לשרוד בלי 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זרעים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(מקום שבו החצב שומר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(חלקים שעושים אוכל מהשמש)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(הזמן שבו נפתחים הפרחים)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(מחזיק את הצמח באדמה ושואב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(החלק הארוך שעליו גדלים הפרחים)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תחנה 5: מחזור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בקיץ החם הבצל נח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בסוף הקיץ צומח גבעול עם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הפרחים נובלים ונושרים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בחורף, אחרי הגשם, צומחים העלים הירוקים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העלים אוספים אנרגיה מהשמש ושומרים אותה בבצל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תחנה 6: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החצב שומר מים ומזון בבצל מתחת לאדמה, וכך הוא מצליח לשרוד גם בלי גשם.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בבצל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הקיץ ותחילת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צומחים לו עלים ירוקים שאוספים אנרגיה לשנה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השאלות כתחנות אמיתיות בכיתה עם פתקים נסתרים.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בתרגיל הנשימה 'עש״ן ד״ק' לפני המשימה הקשה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סודות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חדר סודי של פרח בשם חצב. צריך לענות על שאלות כדי לפתוח אותו. כל שאלה נותנת אות אחת ממילה סודית.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מתחת לאדמה שבו הצמח שומר מים ומזון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שגדל בארץ ופורח בסוף הקיץ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נפתחים הפרחים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חלקי הצמח שעושים אוכל בעזרת השמש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שמחזיק את הצמח באדמה ושואב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בשנה כמו קיץ או 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גבעול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הארוך שעליו גדלים הפרחים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חלקים קטנים שמהם יכול לגדול צמח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החצב שומר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עונה פורח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 החם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בסוף הקיץ ותחילת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בחורף הקר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מופיע ראשון, פרח או 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קודם הפרחים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קודם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גדלים יחד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לחצב אין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הבצל חשוב לחצב?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לשרוד את הקיץ היבש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לגדול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למשוך 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לשנות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העלים הירוקים?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לייצר מזון בעזרת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הפרחים מהרוח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למשוך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לשתות מים מהאוויר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שומר מים ומזון בבצל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בחורף הקר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הפריחה צומחים לחצב עלים ירוקים.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לחצב אין שום דרך לשרוד את הקיץ היבש.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שומר מים ומזון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החצב פורח בסוף ה__________ ותחילת הסתיו.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הפריחה גדלים לחצב ה__________ הירוקים.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הם החלקים הקטנים שמהם יכול לגדול צמח 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החלק הארוך שעליו גדלים הפרחים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מחזיק את הצמח באדמה ושואב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חלקים שעושים אוכל מהשמש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הזמן שבו נפתחים הפרחים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גבעול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שבו החצב שומר מים ומזון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תחנה 5: מחזור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נובלים ונושרים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בחורף, אחרי הגשם, צומחים העלים הירוקים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החם הבצל נח מתחת לאדמה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אוספים אנרגיה מהשמש ושומרים אותה בבצל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הקיץ צומח גבעול עם פרחים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תחנה 6: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בשני משפטים איך החצב מצליח לשרוד את הקיץ החם והיבש.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החצב שומר מים ומזון?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לחצב אחרי שהפרחים נובלים?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סודות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