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סודות 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מעניינות על החצב ומחזור חייו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דרך משימות חדר 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אוצר מילים הקשור לצמחים ועונות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תחנה 1: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בסוף הקיץ ותחילת הסתיו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קודם הפרחים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לשרוד את הקיץ היבש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לייצר מזון בעזרת השמש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תחנה 2: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הבצל הוא כמו מחסן מתחת לאדמה.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החצב פורח בסוף הקיץ ותחילת הסתיו.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העלים מופיעים אחרי שהפרחים נובלים.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הבצל עוזר לו לשרוד בלי מים.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תחנה 3: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זרעים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תחנה 4: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(מקום שבו החצב שומר מים ומזון)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(חלקים שעושים אוכל מהשמש)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(הזמן שבו נפתחים הפרחים)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(מחזיק את הצמח באדמה ושואב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(החלק הארוך שעליו גדלים הפרחים)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תחנה 5: מחזור החיים של החצב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בקיץ החם הבצל נח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בסוף הקיץ צומח גבעול עם 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הפרחים נובלים ונושרים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בחורף, אחרי הגשם, צומחים העלים הירוקים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העלים אוספים אנרגיה מהשמש ושומרים אותה בבצל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תחנה 6: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החצב שומר מים ומזון בבצל מתחת לאדמה, וכך הוא מצליח לשרוד גם בלי גשם.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בבצל מתחת לאדמה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בסוף הקיץ ותחילת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צומחים לו עלים ירוקים שאוספים אנרגיה לשנה הבאה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השאלות כתחנות אמיתיות בכיתה עם פתקים נסתרים.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בתרגיל הנשימה 'עש״ן ד״ק' לפני המשימה הקשה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סודות החצב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כדי לפתוח את חדר הבריחה של החצב צריך לענות נכון על שאלות ולאסוף ארבע אותיות של מילת קוד. כל תחנה מספרת משהו חדש על הצמח המיוחד הזה.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תחנה 1: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החצב שומר מים ומזון?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בזרעים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פורח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בקיץ החם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בסוף הקיץ ותחילת הסתיו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בחורף הקר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גדל קודם אצל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קודם הפרחים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קודם העלים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גדלים יחד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לחצב אין 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 לחצב לשמור מים בבצל?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לשרוד את הקיץ היבש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לגדול גבוה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למשוך דבורים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לשנות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תפקיד העלים שצומחים אחרי הפריחה?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לייצר מזון בעזרת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לשמור על הפרחים מהרוח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למשוך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לשתות מים מהאוויר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תחנה 2: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החצב שומר מים ומזון בבצל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החצב פורח בחורף הקר ביותר.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הפריחה צומחים לחצב עלים ירוקים.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לחצב אין שום דרך לשרוד את הקיץ היבש.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תחנה 3: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החצב שומר מים ומזון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החצב פורח בסוף ה__________ ותחילת הסתיו.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הפריחה גדלים לחצב ה__________ הירוקים.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הם החלקים הקטנים שמהם יכול לגדול צמח חדש.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תחנה 4: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החלק הארוך שעליו גדלים הפרחים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הזמן שבו נפתחים הפרחים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מחזיק את הצמח באדמה ושואב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חלקים שעושים אוכל מהשמש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גבעול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שבו החצב שומר מים ומזון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תחנה 5: מחזור החיים של החצב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בחורף, אחרי הגשם, צומחים העלים הירוקים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העלים אוספים אנרגיה מהשמש ושומרים אותה בבצל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בקיץ החם הבצל נח מתחת לאדמה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הקיץ צומח גבעול עם פרחים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הפרחים נובלים ונושרים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תחנה 6: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בשני משפטים איך החצב מצליח לשרוד את הקיץ החם והיבש.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החצב שומר מים ומזון?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פורח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לחצב אחרי שהפרחים נובלים?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בריחה - סודות החצב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